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04A33D" w14:textId="084AA302" w:rsidR="001C3A7D" w:rsidRPr="00242275" w:rsidRDefault="00442B58">
      <w:pPr>
        <w:spacing w:after="20" w:line="240" w:lineRule="auto"/>
        <w:jc w:val="center"/>
        <w:rPr>
          <w:b/>
          <w:sz w:val="29"/>
          <w:lang w:val="pl-PL"/>
        </w:rPr>
      </w:pPr>
      <w:r w:rsidRPr="00242275">
        <w:rPr>
          <w:b/>
          <w:sz w:val="29"/>
          <w:lang w:val="pl-PL"/>
        </w:rPr>
        <w:t>KARTA MATERIAŁU DO PUBLIKACJI</w:t>
      </w:r>
    </w:p>
    <w:p w14:paraId="325C4B6F" w14:textId="33F0884E" w:rsidR="00242275" w:rsidRPr="00242275" w:rsidRDefault="00242275">
      <w:pPr>
        <w:spacing w:after="20" w:line="240" w:lineRule="auto"/>
        <w:jc w:val="center"/>
        <w:rPr>
          <w:bCs/>
          <w:sz w:val="12"/>
          <w:szCs w:val="16"/>
          <w:lang w:val="pl-PL"/>
        </w:rPr>
      </w:pPr>
      <w:r w:rsidRPr="00242275">
        <w:rPr>
          <w:bCs/>
          <w:sz w:val="22"/>
          <w:szCs w:val="16"/>
          <w:lang w:val="pl-PL"/>
        </w:rPr>
        <w:t>Fundacja Normalna Przyszłość</w:t>
      </w:r>
    </w:p>
    <w:p w14:paraId="73F739F1" w14:textId="74274571" w:rsidR="001C3A7D" w:rsidRPr="00242275" w:rsidRDefault="001C3A7D">
      <w:pPr>
        <w:spacing w:after="100" w:line="240" w:lineRule="auto"/>
        <w:jc w:val="center"/>
        <w:rPr>
          <w:lang w:val="pl-PL"/>
        </w:rPr>
      </w:pPr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08"/>
        <w:gridCol w:w="7994"/>
      </w:tblGrid>
      <w:tr w:rsidR="001C3A7D" w14:paraId="5E3576A8" w14:textId="77777777">
        <w:trPr>
          <w:cantSplit/>
          <w:trHeight w:val="311"/>
          <w:jc w:val="center"/>
        </w:trPr>
        <w:tc>
          <w:tcPr>
            <w:tcW w:w="10602" w:type="dxa"/>
            <w:gridSpan w:val="2"/>
            <w:shd w:val="clear" w:color="auto" w:fill="D9D9D9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6E76CA22" w14:textId="77777777" w:rsidR="001C3A7D" w:rsidRDefault="00442B58">
            <w:pPr>
              <w:spacing w:after="0" w:line="240" w:lineRule="auto"/>
            </w:pPr>
            <w:r>
              <w:rPr>
                <w:b/>
                <w:sz w:val="19"/>
              </w:rPr>
              <w:t>1. PODSTAWOWE INFORMACJE</w:t>
            </w:r>
          </w:p>
        </w:tc>
      </w:tr>
      <w:tr w:rsidR="001C3A7D" w:rsidRPr="007254A3" w14:paraId="18F3F9ED" w14:textId="77777777">
        <w:trPr>
          <w:cantSplit/>
          <w:trHeight w:val="425"/>
          <w:jc w:val="center"/>
        </w:trPr>
        <w:tc>
          <w:tcPr>
            <w:tcW w:w="10602" w:type="dxa"/>
            <w:gridSpan w:val="2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4415F20F" w14:textId="39E398C4" w:rsidR="001C3A7D" w:rsidRPr="00BB1752" w:rsidRDefault="00442B58">
            <w:pPr>
              <w:spacing w:after="0" w:line="240" w:lineRule="auto"/>
              <w:rPr>
                <w:lang w:val="pl-PL"/>
              </w:rPr>
            </w:pPr>
            <w:r w:rsidRPr="00BB1752">
              <w:rPr>
                <w:lang w:val="pl-PL"/>
              </w:rPr>
              <w:t xml:space="preserve">Projekt: ☐ </w:t>
            </w:r>
            <w:r w:rsidRPr="007D2048">
              <w:rPr>
                <w:u w:val="single"/>
                <w:lang w:val="pl-PL"/>
              </w:rPr>
              <w:t>Poradnia Życiowa dla Osób z Niepełnosprawnościami IX</w:t>
            </w:r>
            <w:r w:rsidRPr="00BB1752">
              <w:rPr>
                <w:lang w:val="pl-PL"/>
              </w:rPr>
              <w:t xml:space="preserve">    ☐ Znajdź pracę razem z nami III    ☐ Inne: ................................................</w:t>
            </w:r>
          </w:p>
        </w:tc>
      </w:tr>
      <w:tr w:rsidR="001C3A7D" w:rsidRPr="007254A3" w14:paraId="21AD0FA5" w14:textId="77777777">
        <w:trPr>
          <w:cantSplit/>
          <w:trHeight w:val="408"/>
          <w:jc w:val="center"/>
        </w:trPr>
        <w:tc>
          <w:tcPr>
            <w:tcW w:w="10602" w:type="dxa"/>
            <w:gridSpan w:val="2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62C7AFB8" w14:textId="6B68729D" w:rsidR="001C3A7D" w:rsidRPr="00BB1752" w:rsidRDefault="00442B58">
            <w:pPr>
              <w:spacing w:after="0" w:line="240" w:lineRule="auto"/>
              <w:rPr>
                <w:lang w:val="pl-PL"/>
              </w:rPr>
            </w:pPr>
            <w:r w:rsidRPr="00BB1752">
              <w:rPr>
                <w:lang w:val="pl-PL"/>
              </w:rPr>
              <w:t xml:space="preserve">Oddział: ☐ Białystok    ☐ Łomża    ☐ Łódź    ☐ </w:t>
            </w:r>
            <w:r w:rsidRPr="007D2048">
              <w:rPr>
                <w:u w:val="single"/>
                <w:lang w:val="pl-PL"/>
              </w:rPr>
              <w:t>Radom</w:t>
            </w:r>
            <w:r w:rsidRPr="00BB1752">
              <w:rPr>
                <w:lang w:val="pl-PL"/>
              </w:rPr>
              <w:t xml:space="preserve">    ☐ Września    ☐ Inny: ....................................</w:t>
            </w:r>
          </w:p>
        </w:tc>
      </w:tr>
      <w:tr w:rsidR="001C3A7D" w:rsidRPr="007254A3" w14:paraId="6E949AFC" w14:textId="77777777">
        <w:trPr>
          <w:cantSplit/>
          <w:trHeight w:val="521"/>
          <w:jc w:val="center"/>
        </w:trPr>
        <w:tc>
          <w:tcPr>
            <w:tcW w:w="10602" w:type="dxa"/>
            <w:gridSpan w:val="2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073DF2B4" w14:textId="7C57B735" w:rsidR="001C3A7D" w:rsidRPr="00BB1752" w:rsidRDefault="00442B58" w:rsidP="007D2048">
            <w:pPr>
              <w:spacing w:after="0" w:line="240" w:lineRule="auto"/>
              <w:rPr>
                <w:lang w:val="pl-PL"/>
              </w:rPr>
            </w:pPr>
            <w:r w:rsidRPr="00BB1752">
              <w:rPr>
                <w:lang w:val="pl-PL"/>
              </w:rPr>
              <w:t xml:space="preserve">Rodzaj materiału: </w:t>
            </w:r>
            <w:r w:rsidRPr="00BB1752">
              <w:rPr>
                <w:rFonts w:ascii="Segoe UI Symbol" w:hAnsi="Segoe UI Symbol" w:cs="Segoe UI Symbol"/>
                <w:lang w:val="pl-PL"/>
              </w:rPr>
              <w:t>☐</w:t>
            </w:r>
            <w:r w:rsidRPr="00BB1752">
              <w:rPr>
                <w:lang w:val="pl-PL"/>
              </w:rPr>
              <w:t xml:space="preserve"> rekrutacja </w:t>
            </w:r>
            <w:r w:rsidR="00BB1752">
              <w:rPr>
                <w:lang w:val="pl-PL"/>
              </w:rPr>
              <w:t>na wydarzenie</w:t>
            </w:r>
            <w:r w:rsidRPr="00BB1752">
              <w:rPr>
                <w:lang w:val="pl-PL"/>
              </w:rPr>
              <w:t xml:space="preserve"> </w:t>
            </w:r>
            <w:r w:rsidRPr="00BB1752">
              <w:rPr>
                <w:rFonts w:ascii="Segoe UI Symbol" w:hAnsi="Segoe UI Symbol" w:cs="Segoe UI Symbol"/>
                <w:lang w:val="pl-PL"/>
              </w:rPr>
              <w:t>☐</w:t>
            </w:r>
            <w:r w:rsidRPr="00BB1752">
              <w:rPr>
                <w:lang w:val="pl-PL"/>
              </w:rPr>
              <w:t xml:space="preserve"> zapowied</w:t>
            </w:r>
            <w:r w:rsidRPr="00BB1752">
              <w:rPr>
                <w:rFonts w:cs="Arial"/>
                <w:lang w:val="pl-PL"/>
              </w:rPr>
              <w:t>ź</w:t>
            </w:r>
            <w:r w:rsidRPr="00BB1752">
              <w:rPr>
                <w:lang w:val="pl-PL"/>
              </w:rPr>
              <w:t xml:space="preserve">    </w:t>
            </w:r>
            <w:r w:rsidRPr="00BB1752">
              <w:rPr>
                <w:rFonts w:ascii="Segoe UI Symbol" w:hAnsi="Segoe UI Symbol" w:cs="Segoe UI Symbol"/>
                <w:lang w:val="pl-PL"/>
              </w:rPr>
              <w:t>☐</w:t>
            </w:r>
            <w:r w:rsidRPr="00BB1752">
              <w:rPr>
                <w:lang w:val="pl-PL"/>
              </w:rPr>
              <w:t xml:space="preserve"> og</w:t>
            </w:r>
            <w:r w:rsidRPr="00BB1752">
              <w:rPr>
                <w:rFonts w:cs="Arial"/>
                <w:lang w:val="pl-PL"/>
              </w:rPr>
              <w:t>ł</w:t>
            </w:r>
            <w:r w:rsidRPr="00BB1752">
              <w:rPr>
                <w:lang w:val="pl-PL"/>
              </w:rPr>
              <w:t>oszenie oddzia</w:t>
            </w:r>
            <w:r w:rsidRPr="00BB1752">
              <w:rPr>
                <w:rFonts w:cs="Arial"/>
                <w:lang w:val="pl-PL"/>
              </w:rPr>
              <w:t>ł</w:t>
            </w:r>
            <w:r w:rsidRPr="00BB1752">
              <w:rPr>
                <w:lang w:val="pl-PL"/>
              </w:rPr>
              <w:t xml:space="preserve">u    </w:t>
            </w:r>
            <w:r w:rsidRPr="00BB1752">
              <w:rPr>
                <w:rFonts w:ascii="Segoe UI Symbol" w:hAnsi="Segoe UI Symbol" w:cs="Segoe UI Symbol"/>
                <w:lang w:val="pl-PL"/>
              </w:rPr>
              <w:t>☐</w:t>
            </w:r>
            <w:r w:rsidRPr="00BB1752">
              <w:rPr>
                <w:lang w:val="pl-PL"/>
              </w:rPr>
              <w:t xml:space="preserve"> </w:t>
            </w:r>
            <w:r w:rsidRPr="007D2048">
              <w:rPr>
                <w:u w:val="single"/>
                <w:lang w:val="pl-PL"/>
              </w:rPr>
              <w:t>relacja z wydarzenia</w:t>
            </w:r>
            <w:r w:rsidRPr="00BB1752">
              <w:rPr>
                <w:lang w:val="pl-PL"/>
              </w:rPr>
              <w:t xml:space="preserve">    </w:t>
            </w:r>
            <w:r w:rsidRPr="00BB1752">
              <w:rPr>
                <w:rFonts w:ascii="Segoe UI Symbol" w:hAnsi="Segoe UI Symbol" w:cs="Segoe UI Symbol"/>
                <w:lang w:val="pl-PL"/>
              </w:rPr>
              <w:t>☐</w:t>
            </w:r>
            <w:r w:rsidRPr="00BB1752">
              <w:rPr>
                <w:lang w:val="pl-PL"/>
              </w:rPr>
              <w:t xml:space="preserve"> relacja ze wsparcia </w:t>
            </w:r>
            <w:r w:rsidR="00BB1752">
              <w:rPr>
                <w:lang w:val="pl-PL"/>
              </w:rPr>
              <w:t xml:space="preserve">  </w:t>
            </w:r>
            <w:r w:rsidRPr="00BB1752">
              <w:rPr>
                <w:rFonts w:ascii="Segoe UI Symbol" w:hAnsi="Segoe UI Symbol" w:cs="Segoe UI Symbol"/>
                <w:lang w:val="pl-PL"/>
              </w:rPr>
              <w:t>☐</w:t>
            </w:r>
            <w:r w:rsidR="007D2048">
              <w:rPr>
                <w:lang w:val="pl-PL"/>
              </w:rPr>
              <w:t xml:space="preserve"> inne:</w:t>
            </w:r>
          </w:p>
        </w:tc>
      </w:tr>
      <w:tr w:rsidR="001C3A7D" w14:paraId="65011513" w14:textId="77777777">
        <w:trPr>
          <w:cantSplit/>
          <w:trHeight w:val="311"/>
          <w:jc w:val="center"/>
        </w:trPr>
        <w:tc>
          <w:tcPr>
            <w:tcW w:w="10602" w:type="dxa"/>
            <w:gridSpan w:val="2"/>
            <w:shd w:val="clear" w:color="auto" w:fill="D9D9D9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2C73794C" w14:textId="35AD3BE5" w:rsidR="001C3A7D" w:rsidRDefault="00442B58">
            <w:pPr>
              <w:spacing w:after="0" w:line="240" w:lineRule="auto"/>
            </w:pPr>
            <w:r>
              <w:rPr>
                <w:b/>
                <w:sz w:val="19"/>
              </w:rPr>
              <w:t xml:space="preserve">2. </w:t>
            </w:r>
            <w:r w:rsidR="002D7309">
              <w:rPr>
                <w:b/>
                <w:sz w:val="19"/>
              </w:rPr>
              <w:t>INFORMACJE DO</w:t>
            </w:r>
            <w:r>
              <w:rPr>
                <w:b/>
                <w:sz w:val="19"/>
              </w:rPr>
              <w:t xml:space="preserve"> PUBLIKACJI</w:t>
            </w:r>
          </w:p>
        </w:tc>
      </w:tr>
      <w:tr w:rsidR="001C3A7D" w:rsidRPr="007254A3" w14:paraId="2A8B4070" w14:textId="77777777" w:rsidTr="00BB1752">
        <w:trPr>
          <w:cantSplit/>
          <w:trHeight w:val="453"/>
          <w:jc w:val="center"/>
        </w:trPr>
        <w:tc>
          <w:tcPr>
            <w:tcW w:w="2608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5926A24" w14:textId="28929CC6" w:rsidR="001C3A7D" w:rsidRPr="00AA550C" w:rsidRDefault="00442B58">
            <w:pPr>
              <w:spacing w:after="0" w:line="240" w:lineRule="auto"/>
              <w:rPr>
                <w:lang w:val="pl-PL"/>
              </w:rPr>
            </w:pPr>
            <w:r w:rsidRPr="00AA550C">
              <w:rPr>
                <w:b/>
                <w:lang w:val="pl-PL"/>
              </w:rPr>
              <w:t xml:space="preserve">Nazwa wydarzenia / </w:t>
            </w:r>
            <w:r w:rsidR="007254A3">
              <w:rPr>
                <w:b/>
                <w:lang w:val="pl-PL"/>
              </w:rPr>
              <w:t xml:space="preserve">forma </w:t>
            </w:r>
            <w:r w:rsidR="00AA550C">
              <w:rPr>
                <w:b/>
                <w:lang w:val="pl-PL"/>
              </w:rPr>
              <w:t xml:space="preserve">realizowanego </w:t>
            </w:r>
            <w:r w:rsidRPr="00AA550C">
              <w:rPr>
                <w:b/>
                <w:lang w:val="pl-PL"/>
              </w:rPr>
              <w:t>wsparcia</w:t>
            </w:r>
          </w:p>
        </w:tc>
        <w:tc>
          <w:tcPr>
            <w:tcW w:w="7994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22DA7A0" w14:textId="77777777" w:rsidR="001C3A7D" w:rsidRPr="00AA550C" w:rsidRDefault="001C3A7D">
            <w:pPr>
              <w:spacing w:after="0" w:line="240" w:lineRule="auto"/>
              <w:rPr>
                <w:lang w:val="pl-PL"/>
              </w:rPr>
            </w:pPr>
          </w:p>
          <w:p w14:paraId="6421235E" w14:textId="4FB8F50A" w:rsidR="00BB1752" w:rsidRPr="00AA550C" w:rsidRDefault="007D2048">
            <w:pPr>
              <w:spacing w:after="0" w:line="240" w:lineRule="auto"/>
              <w:rPr>
                <w:lang w:val="pl-PL"/>
              </w:rPr>
            </w:pPr>
            <w:r>
              <w:rPr>
                <w:lang w:val="pl-PL"/>
              </w:rPr>
              <w:t>Zajęcia integracyjne</w:t>
            </w:r>
          </w:p>
          <w:p w14:paraId="441971EA" w14:textId="77777777" w:rsidR="00BB1752" w:rsidRPr="00AA550C" w:rsidRDefault="00BB1752">
            <w:pPr>
              <w:spacing w:after="0" w:line="240" w:lineRule="auto"/>
              <w:rPr>
                <w:lang w:val="pl-PL"/>
              </w:rPr>
            </w:pPr>
          </w:p>
          <w:p w14:paraId="4FA80563" w14:textId="77777777" w:rsidR="00BB1752" w:rsidRPr="00AA550C" w:rsidRDefault="00BB1752">
            <w:pPr>
              <w:spacing w:after="0" w:line="240" w:lineRule="auto"/>
              <w:rPr>
                <w:lang w:val="pl-PL"/>
              </w:rPr>
            </w:pPr>
          </w:p>
          <w:p w14:paraId="0CFEEB08" w14:textId="215B891E" w:rsidR="00BB1752" w:rsidRPr="00AA550C" w:rsidRDefault="00BB1752">
            <w:pPr>
              <w:spacing w:after="0" w:line="240" w:lineRule="auto"/>
              <w:rPr>
                <w:lang w:val="pl-PL"/>
              </w:rPr>
            </w:pPr>
          </w:p>
        </w:tc>
      </w:tr>
      <w:tr w:rsidR="001C3A7D" w14:paraId="67337921" w14:textId="77777777" w:rsidTr="00BB1752">
        <w:trPr>
          <w:cantSplit/>
          <w:trHeight w:val="878"/>
          <w:jc w:val="center"/>
        </w:trPr>
        <w:tc>
          <w:tcPr>
            <w:tcW w:w="2608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B33DACF" w14:textId="77777777" w:rsidR="001C3A7D" w:rsidRDefault="00442B58">
            <w:pPr>
              <w:spacing w:after="0" w:line="240" w:lineRule="auto"/>
            </w:pPr>
            <w:r>
              <w:rPr>
                <w:b/>
              </w:rPr>
              <w:t>Tematyka / najważniejsze informacje</w:t>
            </w:r>
          </w:p>
        </w:tc>
        <w:tc>
          <w:tcPr>
            <w:tcW w:w="7994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6702E98" w14:textId="77777777" w:rsidR="001C3A7D" w:rsidRDefault="001C3A7D">
            <w:pPr>
              <w:spacing w:after="0" w:line="240" w:lineRule="auto"/>
            </w:pPr>
          </w:p>
          <w:p w14:paraId="0F9812AA" w14:textId="77777777" w:rsidR="00BB1752" w:rsidRDefault="00BB1752">
            <w:pPr>
              <w:spacing w:after="0" w:line="240" w:lineRule="auto"/>
            </w:pPr>
          </w:p>
          <w:p w14:paraId="14524A79" w14:textId="56617BB0" w:rsidR="00BB1752" w:rsidRDefault="007D2048">
            <w:pPr>
              <w:spacing w:after="0" w:line="240" w:lineRule="auto"/>
            </w:pPr>
            <w:r>
              <w:t xml:space="preserve">W ramach zajęć integracyjnych odwiedziliśmy </w:t>
            </w:r>
            <w:r w:rsidR="00AC2160">
              <w:t>MCSW Eletrownia. Zwiedziliśmy wystawę “Woman Art Power 2 I zgłębiliśmy kobiece dusze oraz ich spojrzenie na otaczający świat. Następnie uczestniczyliśmy w warsztatach, tworzyliśmy prace techniką kinusaiga, nazywaną także japońskim patchworkiem bez igły.</w:t>
            </w:r>
            <w:r>
              <w:t>.</w:t>
            </w:r>
          </w:p>
          <w:p w14:paraId="741BAFC5" w14:textId="77777777" w:rsidR="00BB1752" w:rsidRDefault="00BB1752">
            <w:pPr>
              <w:spacing w:after="0" w:line="240" w:lineRule="auto"/>
            </w:pPr>
          </w:p>
          <w:p w14:paraId="30BA6E9F" w14:textId="7BE3775C" w:rsidR="00BB1752" w:rsidRDefault="00BB1752">
            <w:pPr>
              <w:spacing w:after="0" w:line="240" w:lineRule="auto"/>
            </w:pPr>
          </w:p>
          <w:p w14:paraId="606700CD" w14:textId="6A96A664" w:rsidR="00BB1752" w:rsidRDefault="00BB1752">
            <w:pPr>
              <w:spacing w:after="0" w:line="240" w:lineRule="auto"/>
            </w:pPr>
          </w:p>
          <w:p w14:paraId="307A3614" w14:textId="77777777" w:rsidR="00BB1752" w:rsidRDefault="00BB1752">
            <w:pPr>
              <w:spacing w:after="0" w:line="240" w:lineRule="auto"/>
            </w:pPr>
          </w:p>
          <w:p w14:paraId="1E59DA78" w14:textId="77777777" w:rsidR="002D7309" w:rsidRDefault="002D7309">
            <w:pPr>
              <w:spacing w:after="0" w:line="240" w:lineRule="auto"/>
            </w:pPr>
          </w:p>
          <w:p w14:paraId="4F5E1409" w14:textId="7B328EEB" w:rsidR="00BB1752" w:rsidRDefault="00BB1752">
            <w:pPr>
              <w:spacing w:after="0" w:line="240" w:lineRule="auto"/>
            </w:pPr>
          </w:p>
        </w:tc>
      </w:tr>
      <w:tr w:rsidR="001C3A7D" w14:paraId="3D5CAE27" w14:textId="77777777" w:rsidTr="00BB1752">
        <w:trPr>
          <w:cantSplit/>
          <w:trHeight w:val="425"/>
          <w:jc w:val="center"/>
        </w:trPr>
        <w:tc>
          <w:tcPr>
            <w:tcW w:w="2608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ABB8785" w14:textId="06BE14C5" w:rsidR="001C3A7D" w:rsidRDefault="00442B58">
            <w:pPr>
              <w:spacing w:after="0" w:line="240" w:lineRule="auto"/>
            </w:pPr>
            <w:r>
              <w:rPr>
                <w:b/>
              </w:rPr>
              <w:t>Termin i miejsc</w:t>
            </w:r>
            <w:r w:rsidR="002D7309">
              <w:rPr>
                <w:b/>
              </w:rPr>
              <w:t>e</w:t>
            </w:r>
          </w:p>
        </w:tc>
        <w:tc>
          <w:tcPr>
            <w:tcW w:w="7994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74AD866" w14:textId="78F2CFF4" w:rsidR="001C3A7D" w:rsidRDefault="00AC2160">
            <w:pPr>
              <w:spacing w:after="0" w:line="240" w:lineRule="auto"/>
            </w:pPr>
            <w:r>
              <w:t>24.07.2026, Mazowieckie Centrum Sztuki Współczesnej Elektrownia w Radomiu</w:t>
            </w:r>
            <w:bookmarkStart w:id="0" w:name="_GoBack"/>
            <w:bookmarkEnd w:id="0"/>
          </w:p>
        </w:tc>
      </w:tr>
      <w:tr w:rsidR="001C3A7D" w14:paraId="185AAE30" w14:textId="77777777" w:rsidTr="00BB1752">
        <w:trPr>
          <w:cantSplit/>
          <w:trHeight w:val="425"/>
          <w:jc w:val="center"/>
        </w:trPr>
        <w:tc>
          <w:tcPr>
            <w:tcW w:w="2608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791D3A1" w14:textId="77777777" w:rsidR="001C3A7D" w:rsidRDefault="00442B58">
            <w:pPr>
              <w:spacing w:after="0" w:line="240" w:lineRule="auto"/>
            </w:pPr>
            <w:r>
              <w:rPr>
                <w:b/>
              </w:rPr>
              <w:t>Zapisy / kontakt</w:t>
            </w:r>
          </w:p>
        </w:tc>
        <w:tc>
          <w:tcPr>
            <w:tcW w:w="7994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0708994" w14:textId="77777777" w:rsidR="001C3A7D" w:rsidRDefault="001C3A7D">
            <w:pPr>
              <w:spacing w:after="0" w:line="240" w:lineRule="auto"/>
            </w:pPr>
          </w:p>
        </w:tc>
      </w:tr>
      <w:tr w:rsidR="001C3A7D" w14:paraId="6C86204D" w14:textId="77777777" w:rsidTr="00BB1752">
        <w:trPr>
          <w:cantSplit/>
          <w:trHeight w:val="425"/>
          <w:jc w:val="center"/>
        </w:trPr>
        <w:tc>
          <w:tcPr>
            <w:tcW w:w="2608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9D91C7C" w14:textId="60371045" w:rsidR="001C3A7D" w:rsidRDefault="00442B58">
            <w:pPr>
              <w:spacing w:after="0" w:line="240" w:lineRule="auto"/>
            </w:pPr>
            <w:r>
              <w:rPr>
                <w:b/>
              </w:rPr>
              <w:t xml:space="preserve">Osoba prowadząca </w:t>
            </w:r>
          </w:p>
        </w:tc>
        <w:tc>
          <w:tcPr>
            <w:tcW w:w="7994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926B1F7" w14:textId="3088DF1B" w:rsidR="001C3A7D" w:rsidRDefault="007D2048">
            <w:pPr>
              <w:spacing w:after="0" w:line="240" w:lineRule="auto"/>
            </w:pPr>
            <w:r>
              <w:t>Marlena Burska</w:t>
            </w:r>
          </w:p>
        </w:tc>
      </w:tr>
      <w:tr w:rsidR="001C3A7D" w14:paraId="7090149E" w14:textId="77777777" w:rsidTr="00BB1752">
        <w:trPr>
          <w:cantSplit/>
          <w:trHeight w:val="595"/>
          <w:jc w:val="center"/>
        </w:trPr>
        <w:tc>
          <w:tcPr>
            <w:tcW w:w="2608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092266D" w14:textId="77777777" w:rsidR="001C3A7D" w:rsidRDefault="00442B58">
            <w:pPr>
              <w:spacing w:after="0" w:line="240" w:lineRule="auto"/>
            </w:pPr>
            <w:r>
              <w:rPr>
                <w:b/>
              </w:rPr>
              <w:t>Najważniejszy komunikat / zachęta</w:t>
            </w:r>
          </w:p>
        </w:tc>
        <w:tc>
          <w:tcPr>
            <w:tcW w:w="7994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55823C8" w14:textId="452F8895" w:rsidR="00BB1752" w:rsidRDefault="00BB1752">
            <w:pPr>
              <w:spacing w:after="0" w:line="240" w:lineRule="auto"/>
            </w:pPr>
          </w:p>
          <w:p w14:paraId="59C4840A" w14:textId="630A6080" w:rsidR="002D7309" w:rsidRDefault="002D7309">
            <w:pPr>
              <w:spacing w:after="0" w:line="240" w:lineRule="auto"/>
            </w:pPr>
          </w:p>
          <w:p w14:paraId="31D91890" w14:textId="57593BCE" w:rsidR="00BB1752" w:rsidRDefault="00BB1752">
            <w:pPr>
              <w:spacing w:after="0" w:line="240" w:lineRule="auto"/>
            </w:pPr>
          </w:p>
        </w:tc>
      </w:tr>
      <w:tr w:rsidR="001C3A7D" w14:paraId="10E98215" w14:textId="77777777">
        <w:trPr>
          <w:cantSplit/>
          <w:trHeight w:val="311"/>
          <w:jc w:val="center"/>
        </w:trPr>
        <w:tc>
          <w:tcPr>
            <w:tcW w:w="10602" w:type="dxa"/>
            <w:gridSpan w:val="2"/>
            <w:shd w:val="clear" w:color="auto" w:fill="D9D9D9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6273D61A" w14:textId="77777777" w:rsidR="001C3A7D" w:rsidRDefault="00442B58">
            <w:pPr>
              <w:spacing w:after="0" w:line="240" w:lineRule="auto"/>
            </w:pPr>
            <w:r>
              <w:rPr>
                <w:b/>
                <w:sz w:val="19"/>
              </w:rPr>
              <w:t>3. MATERIAŁY I OZNACZENIA</w:t>
            </w:r>
          </w:p>
        </w:tc>
      </w:tr>
      <w:tr w:rsidR="001C3A7D" w:rsidRPr="007254A3" w14:paraId="76B84931" w14:textId="77777777">
        <w:trPr>
          <w:cantSplit/>
          <w:trHeight w:val="408"/>
          <w:jc w:val="center"/>
        </w:trPr>
        <w:tc>
          <w:tcPr>
            <w:tcW w:w="10602" w:type="dxa"/>
            <w:gridSpan w:val="2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693022EA" w14:textId="5648A8C2" w:rsidR="001C3A7D" w:rsidRPr="00BB1752" w:rsidRDefault="00442B58">
            <w:pPr>
              <w:spacing w:after="0" w:line="240" w:lineRule="auto"/>
              <w:rPr>
                <w:lang w:val="pl-PL"/>
              </w:rPr>
            </w:pPr>
            <w:r w:rsidRPr="00BB1752">
              <w:rPr>
                <w:lang w:val="pl-PL"/>
              </w:rPr>
              <w:t xml:space="preserve">Przekazane materiały: ☐ </w:t>
            </w:r>
            <w:r w:rsidRPr="007D2048">
              <w:rPr>
                <w:u w:val="single"/>
                <w:lang w:val="pl-PL"/>
              </w:rPr>
              <w:t>zdjęcia</w:t>
            </w:r>
            <w:r w:rsidRPr="00BB1752">
              <w:rPr>
                <w:lang w:val="pl-PL"/>
              </w:rPr>
              <w:t xml:space="preserve">    ☐ film    ☐ grafika    ☐ tekst    ☐ link    ☐ logotypy</w:t>
            </w:r>
          </w:p>
        </w:tc>
      </w:tr>
      <w:tr w:rsidR="001C3A7D" w14:paraId="30003E1E" w14:textId="77777777">
        <w:trPr>
          <w:cantSplit/>
          <w:trHeight w:val="311"/>
          <w:jc w:val="center"/>
        </w:trPr>
        <w:tc>
          <w:tcPr>
            <w:tcW w:w="10602" w:type="dxa"/>
            <w:gridSpan w:val="2"/>
            <w:shd w:val="clear" w:color="auto" w:fill="D9D9D9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590BAD32" w14:textId="77777777" w:rsidR="001C3A7D" w:rsidRDefault="00442B58">
            <w:pPr>
              <w:spacing w:after="0" w:line="240" w:lineRule="auto"/>
            </w:pPr>
            <w:r>
              <w:rPr>
                <w:b/>
                <w:sz w:val="19"/>
              </w:rPr>
              <w:t>4. WIZERUNEK I DANE OSOBOWE</w:t>
            </w:r>
          </w:p>
        </w:tc>
      </w:tr>
      <w:tr w:rsidR="001C3A7D" w:rsidRPr="007254A3" w14:paraId="210A2687" w14:textId="77777777">
        <w:trPr>
          <w:cantSplit/>
          <w:trHeight w:val="538"/>
          <w:jc w:val="center"/>
        </w:trPr>
        <w:tc>
          <w:tcPr>
            <w:tcW w:w="10602" w:type="dxa"/>
            <w:gridSpan w:val="2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145BCE68" w14:textId="70792472" w:rsidR="001C3A7D" w:rsidRPr="00BB1752" w:rsidRDefault="00442B58">
            <w:pPr>
              <w:spacing w:after="0" w:line="240" w:lineRule="auto"/>
              <w:rPr>
                <w:lang w:val="pl-PL"/>
              </w:rPr>
            </w:pPr>
            <w:r w:rsidRPr="00BB1752">
              <w:rPr>
                <w:lang w:val="pl-PL"/>
              </w:rPr>
              <w:t xml:space="preserve">☐ </w:t>
            </w:r>
            <w:r w:rsidRPr="007D2048">
              <w:rPr>
                <w:u w:val="single"/>
                <w:lang w:val="pl-PL"/>
              </w:rPr>
              <w:t>Wszystkie rozpoznawalne osoby mają podpisane zgody</w:t>
            </w:r>
            <w:r w:rsidRPr="00BB1752">
              <w:rPr>
                <w:lang w:val="pl-PL"/>
              </w:rPr>
              <w:t xml:space="preserve">    ☐ Materiał nie przedstawia uczestników   </w:t>
            </w:r>
            <w:r w:rsidR="007254A3">
              <w:rPr>
                <w:lang w:val="pl-PL"/>
              </w:rPr>
              <w:t xml:space="preserve">                                          </w:t>
            </w:r>
            <w:r w:rsidRPr="00BB1752">
              <w:rPr>
                <w:lang w:val="pl-PL"/>
              </w:rPr>
              <w:t xml:space="preserve"> ☐ Twarze należy zamazać / wykadrować</w:t>
            </w:r>
          </w:p>
        </w:tc>
      </w:tr>
      <w:tr w:rsidR="001C3A7D" w:rsidRPr="007254A3" w14:paraId="24C6F117" w14:textId="77777777">
        <w:trPr>
          <w:cantSplit/>
          <w:trHeight w:val="408"/>
          <w:jc w:val="center"/>
        </w:trPr>
        <w:tc>
          <w:tcPr>
            <w:tcW w:w="10602" w:type="dxa"/>
            <w:gridSpan w:val="2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3515B165" w14:textId="77777777" w:rsidR="00BB1752" w:rsidRDefault="00442B58">
            <w:pPr>
              <w:spacing w:after="0" w:line="240" w:lineRule="auto"/>
              <w:rPr>
                <w:lang w:val="pl-PL"/>
              </w:rPr>
            </w:pPr>
            <w:r w:rsidRPr="00BB1752">
              <w:rPr>
                <w:lang w:val="pl-PL"/>
              </w:rPr>
              <w:t xml:space="preserve">☐ </w:t>
            </w:r>
            <w:r w:rsidR="00BB1752" w:rsidRPr="007D2048">
              <w:rPr>
                <w:u w:val="single"/>
                <w:lang w:val="pl-PL"/>
              </w:rPr>
              <w:t>Można podać imię i nazwisko osoby prowadzącej lub pracownika</w:t>
            </w:r>
            <w:r w:rsidR="00BB1752" w:rsidRPr="00BB1752">
              <w:rPr>
                <w:lang w:val="pl-PL"/>
              </w:rPr>
              <w:t xml:space="preserve"> oraz zamieścić krótką notę biograficzną (BIO)</w:t>
            </w:r>
          </w:p>
          <w:p w14:paraId="1D74CC1B" w14:textId="7161703E" w:rsidR="001C3A7D" w:rsidRPr="00BB1752" w:rsidRDefault="001C3A7D">
            <w:pPr>
              <w:spacing w:after="0" w:line="240" w:lineRule="auto"/>
              <w:rPr>
                <w:lang w:val="pl-PL"/>
              </w:rPr>
            </w:pPr>
          </w:p>
        </w:tc>
      </w:tr>
      <w:tr w:rsidR="001C3A7D" w14:paraId="524AB708" w14:textId="77777777" w:rsidTr="00BB1752">
        <w:trPr>
          <w:cantSplit/>
          <w:trHeight w:val="425"/>
          <w:jc w:val="center"/>
        </w:trPr>
        <w:tc>
          <w:tcPr>
            <w:tcW w:w="2608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F1BCB8E" w14:textId="421BEA64" w:rsidR="001C3A7D" w:rsidRDefault="00442B58">
            <w:pPr>
              <w:spacing w:after="0" w:line="240" w:lineRule="auto"/>
            </w:pPr>
            <w:r>
              <w:rPr>
                <w:b/>
              </w:rPr>
              <w:t>Osoba potwierdzająca zgody</w:t>
            </w:r>
            <w:r w:rsidR="00BB1752">
              <w:rPr>
                <w:b/>
              </w:rPr>
              <w:t xml:space="preserve"> </w:t>
            </w:r>
          </w:p>
        </w:tc>
        <w:tc>
          <w:tcPr>
            <w:tcW w:w="7994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85CFC5F" w14:textId="77777777" w:rsidR="001C3A7D" w:rsidRDefault="001C3A7D">
            <w:pPr>
              <w:spacing w:after="0" w:line="240" w:lineRule="auto"/>
            </w:pPr>
          </w:p>
        </w:tc>
      </w:tr>
      <w:tr w:rsidR="001C3A7D" w14:paraId="535AA15C" w14:textId="77777777">
        <w:trPr>
          <w:cantSplit/>
          <w:trHeight w:val="311"/>
          <w:jc w:val="center"/>
        </w:trPr>
        <w:tc>
          <w:tcPr>
            <w:tcW w:w="10602" w:type="dxa"/>
            <w:gridSpan w:val="2"/>
            <w:shd w:val="clear" w:color="auto" w:fill="D9D9D9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175C84AD" w14:textId="77777777" w:rsidR="001C3A7D" w:rsidRDefault="00442B58">
            <w:pPr>
              <w:spacing w:after="0" w:line="240" w:lineRule="auto"/>
            </w:pPr>
            <w:r>
              <w:rPr>
                <w:b/>
                <w:sz w:val="19"/>
              </w:rPr>
              <w:t>5. DODATKOWE UWAGI</w:t>
            </w:r>
          </w:p>
        </w:tc>
      </w:tr>
      <w:tr w:rsidR="001C3A7D" w14:paraId="643D4204" w14:textId="77777777">
        <w:trPr>
          <w:cantSplit/>
          <w:trHeight w:val="878"/>
          <w:jc w:val="center"/>
        </w:trPr>
        <w:tc>
          <w:tcPr>
            <w:tcW w:w="10602" w:type="dxa"/>
            <w:gridSpan w:val="2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30F1E269" w14:textId="77777777" w:rsidR="001C3A7D" w:rsidRDefault="001C3A7D">
            <w:pPr>
              <w:spacing w:after="0" w:line="240" w:lineRule="auto"/>
            </w:pPr>
          </w:p>
          <w:p w14:paraId="519CB20C" w14:textId="77777777" w:rsidR="00BB1752" w:rsidRDefault="00BB1752">
            <w:pPr>
              <w:spacing w:after="0" w:line="240" w:lineRule="auto"/>
            </w:pPr>
          </w:p>
          <w:p w14:paraId="2E5CBC1D" w14:textId="77777777" w:rsidR="00BB1752" w:rsidRDefault="00BB1752">
            <w:pPr>
              <w:spacing w:after="0" w:line="240" w:lineRule="auto"/>
            </w:pPr>
          </w:p>
          <w:p w14:paraId="67B90AEB" w14:textId="77777777" w:rsidR="00BB1752" w:rsidRDefault="00BB1752">
            <w:pPr>
              <w:spacing w:after="0" w:line="240" w:lineRule="auto"/>
            </w:pPr>
          </w:p>
          <w:p w14:paraId="56ED2F52" w14:textId="65D2EC1D" w:rsidR="00BB1752" w:rsidRDefault="00BB1752">
            <w:pPr>
              <w:spacing w:after="0" w:line="240" w:lineRule="auto"/>
            </w:pPr>
          </w:p>
        </w:tc>
      </w:tr>
    </w:tbl>
    <w:p w14:paraId="5DD4EB2E" w14:textId="47E0707D" w:rsidR="00BB1752" w:rsidRDefault="00DD515E" w:rsidP="00DD515E">
      <w:pPr>
        <w:spacing w:before="60" w:after="0" w:line="240" w:lineRule="auto"/>
        <w:jc w:val="center"/>
        <w:rPr>
          <w:sz w:val="15"/>
          <w:lang w:val="pl-PL"/>
        </w:rPr>
      </w:pPr>
      <w:r w:rsidRPr="00DD515E">
        <w:rPr>
          <w:sz w:val="15"/>
          <w:lang w:val="pl-PL"/>
        </w:rPr>
        <w:t>Do karty należy dołączyć materiały w możliwie najwyższej jakości. Wypełnioną kartę wraz ze wszystkimi materiałami należy przesłać w jednej wiadomości</w:t>
      </w:r>
      <w:r>
        <w:rPr>
          <w:sz w:val="15"/>
          <w:lang w:val="pl-PL"/>
        </w:rPr>
        <w:t xml:space="preserve">      </w:t>
      </w:r>
      <w:r w:rsidRPr="00DD515E">
        <w:rPr>
          <w:sz w:val="15"/>
          <w:lang w:val="pl-PL"/>
        </w:rPr>
        <w:t xml:space="preserve"> e-mail na adres: </w:t>
      </w:r>
      <w:hyperlink r:id="rId8" w:history="1">
        <w:r w:rsidRPr="005644C9">
          <w:rPr>
            <w:rStyle w:val="Hipercze"/>
            <w:sz w:val="15"/>
            <w:lang w:val="pl-PL"/>
          </w:rPr>
          <w:t>socialmedia@normalnaprzyszlosc.org</w:t>
        </w:r>
      </w:hyperlink>
    </w:p>
    <w:p w14:paraId="7F25498B" w14:textId="7CF681EF" w:rsidR="00DD515E" w:rsidRPr="00DD515E" w:rsidRDefault="00DD515E" w:rsidP="00DD515E">
      <w:pPr>
        <w:spacing w:before="60" w:after="0" w:line="240" w:lineRule="auto"/>
        <w:jc w:val="center"/>
        <w:rPr>
          <w:sz w:val="15"/>
          <w:lang w:val="pl-PL"/>
        </w:rPr>
      </w:pPr>
      <w:r w:rsidRPr="00DD515E">
        <w:rPr>
          <w:sz w:val="15"/>
          <w:lang w:val="pl-PL"/>
        </w:rPr>
        <w:lastRenderedPageBreak/>
        <w:t>.</w:t>
      </w:r>
    </w:p>
    <w:sectPr w:rsidR="00DD515E" w:rsidRPr="00DD515E" w:rsidSect="00034616">
      <w:pgSz w:w="11906" w:h="16838"/>
      <w:pgMar w:top="595" w:right="652" w:bottom="595" w:left="652" w:header="227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AAE48A" w14:textId="77777777" w:rsidR="006E7932" w:rsidRDefault="006E7932" w:rsidP="00DD515E">
      <w:pPr>
        <w:spacing w:after="0" w:line="240" w:lineRule="auto"/>
      </w:pPr>
      <w:r>
        <w:separator/>
      </w:r>
    </w:p>
  </w:endnote>
  <w:endnote w:type="continuationSeparator" w:id="0">
    <w:p w14:paraId="0DEB3122" w14:textId="77777777" w:rsidR="006E7932" w:rsidRDefault="006E7932" w:rsidP="00DD51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5E67FD" w14:textId="77777777" w:rsidR="006E7932" w:rsidRDefault="006E7932" w:rsidP="00DD515E">
      <w:pPr>
        <w:spacing w:after="0" w:line="240" w:lineRule="auto"/>
      </w:pPr>
      <w:r>
        <w:separator/>
      </w:r>
    </w:p>
  </w:footnote>
  <w:footnote w:type="continuationSeparator" w:id="0">
    <w:p w14:paraId="2AAACDF1" w14:textId="77777777" w:rsidR="006E7932" w:rsidRDefault="006E7932" w:rsidP="00DD51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1C3A7D"/>
    <w:rsid w:val="00201C2D"/>
    <w:rsid w:val="00242275"/>
    <w:rsid w:val="0029639D"/>
    <w:rsid w:val="002D7309"/>
    <w:rsid w:val="00326F90"/>
    <w:rsid w:val="00442B58"/>
    <w:rsid w:val="006E7932"/>
    <w:rsid w:val="00710A1A"/>
    <w:rsid w:val="007254A3"/>
    <w:rsid w:val="007D2048"/>
    <w:rsid w:val="009671D4"/>
    <w:rsid w:val="00A537F0"/>
    <w:rsid w:val="00AA1D8D"/>
    <w:rsid w:val="00AA550C"/>
    <w:rsid w:val="00AC2160"/>
    <w:rsid w:val="00B47730"/>
    <w:rsid w:val="00BB1752"/>
    <w:rsid w:val="00CB0664"/>
    <w:rsid w:val="00DD515E"/>
    <w:rsid w:val="00EC420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0FB391"/>
  <w14:defaultImageDpi w14:val="300"/>
  <w15:docId w15:val="{717A36DA-7CD6-4F7A-8B8C-DDFB06870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C693F"/>
    <w:rPr>
      <w:rFonts w:ascii="Arial" w:eastAsia="Arial" w:hAnsi="Arial"/>
      <w:sz w:val="1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cze">
    <w:name w:val="Hyperlink"/>
    <w:basedOn w:val="Domylnaczcionkaakapitu"/>
    <w:uiPriority w:val="99"/>
    <w:unhideWhenUsed/>
    <w:rsid w:val="00BB1752"/>
    <w:rPr>
      <w:color w:val="0000FF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BB17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cialmedia@normalnaprzyszlosc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447E533-9591-4F7E-B6AC-2F29EA819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270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1893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materiału do publikacji</dc:title>
  <dc:subject>Prosty czarno-biały formularz dla zespołu</dc:subject>
  <dc:creator>Fundacja Normalna Przyszłość</dc:creator>
  <cp:keywords/>
  <dc:description>generated by python-docx</dc:description>
  <cp:lastModifiedBy>user1</cp:lastModifiedBy>
  <cp:revision>7</cp:revision>
  <dcterms:created xsi:type="dcterms:W3CDTF">2026-07-22T13:45:00Z</dcterms:created>
  <dcterms:modified xsi:type="dcterms:W3CDTF">2026-07-26T11:11:00Z</dcterms:modified>
  <cp:category/>
</cp:coreProperties>
</file>